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קיץ, חופש, נוסעים לים!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באוצר מילים הקשור לקיץ, לים ולחופש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יחס אחרי פעלים כמו "נוסעים" ו"רוכבים"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ולתאר בעברית יום כיף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תנועת מים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דני סנדרסון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 רוכבים אומרים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היחידה עוסקת בקיץ ובחופש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גולשים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(נוסעים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(רוכבים 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(המקום עם החול ליד 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(תנועת מים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(זמן בלי בית ספר בקיץ)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היום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אורזים תיק ים עם מגבת וכובע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נוסעים לים באוטובוס או במכונית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שוחים ומשחקים בגלים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אוכלים ארוחת צהריים בחוף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חוזרים הביתה בערב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לפחות ארבעה משפטים הכוללים: אמצעי תחבורה (נוסעים ב/רוכבים על), פעילות בים (שוחה, גולש), ציוד נדרש, וסדר שעות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כלי רכב מתאים אחרי "נוסעים ב"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פעולה מתאימה אחרי "רוכבים על"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תוכן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השירים "הגלשן" ו"סלסולים" לפני תחילת הדף כדי לחזק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להשתמש במילות היחס הנכונות גם בעל פה, לא רק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הסידור (order) בעבודה בזוגות ולהשוות 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קיץ, חופש, נוסעים לים!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על קיץ וים. נלמד להגיד נוסעים באוטובוס או רוכבים על אופניים.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עם מים מלוחים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השטח עם החול ליד 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מים 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חופש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בלי בית ספר בקיץ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אוטובוס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רכב ציבורי גדול, נוסעים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רכב עם שני גלגלים, רוכבים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רכב פרטי, נוסעים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שוחה / שוחה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 במים בעזרת הידיים והרגליים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הנכונה: נוסעים ___ 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הנכונה: רוכבים ___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למקום עם החול ליד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"גל"?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מים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סירה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שר את השיר "הגלשן"?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סטטיק ובן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סנדרסון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מוזכר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"סלסולים" הוא של סטטיק ובן 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אחרי הפועל "רוכבים" היא תמיד "ב".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היחידה עוסקת בעונת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אוצר המילים ביחידה מוצג עם ניקוד כדי לשמור על הגייה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נוסעים לים __________ אוטובוס.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רוכב __________ אופניים בחוף.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בקיץ יש __________ מבית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היא __________ בים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הגולשים __________ על הגלים הגדולים.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תנועת מים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נוסעים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בלי בית ספר בקיץ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עם החול ליד הים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חופש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רוכבים 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היום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שוחים ומשחקים בגלים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הביתה בערב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אורזים תיק ים עם מגבת וכובע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נוסעים לים באוטובוס או במכונית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ארוחת צהריים בחוף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יום כיף בים: איך מגיעים, מה לוקחים ומה עושים לפי שעות.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"נוסעים ב...".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"רוכבים על...".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הכי אהבתם ביחידה על הים והחופש?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קיץ, חופש, נוסעים לים!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