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מילים הקשור לקיץ, לים ולחופש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יחס אחרי פעלים כמו "נוסעים" ו"רוכבים"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ולתאר בעברית יום כיף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היחידה עוסקת בקיץ ובחופש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(נוסעים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(רוכבים 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עם החול ליד הים)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היום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אורזים תיק ים עם מגבת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נוסעים לים באוטובוס או במכונית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ארוחת צהריים בחוף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ארבעה משפטים הכוללים: אמצעי תחבורה (נוסעים ב/רוכבים על), פעילות בים (שוחה, גולש), ציוד נדרש, וסדר שעות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כלי רכב מתאים אחרי "נוסעים ב"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פעולה מתאימה אחרי "רוכבים על"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תוכן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"הגלשן" ו"סלסולים" לפני תחילת הדף כדי לחזק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במילות היחס הנכונות גם בעל פה, לא רק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(order) בעבודה בזוגות ולהשוות 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קיץ, חופש, נוסעים לים!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שירי קיץ על ים וגלים, נתרגל אוצר מילים של חופש ותחבורה, ונבין מתי אומרים "נוסעים ב" ומתי "רוכבים על".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  ·  על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יחס מתאימה: נוסעים ___ אוטובוס 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יחס מתאימה: רוכבים ___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"סלסולים" הוא של סטטיק ובן 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היחידה עוסקת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נוסעים לים __________ 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רוכב __________ אופניים בחוף.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עם החול ליד 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נוסעים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רוכבים 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היום 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נוסעים לים באוטובוס או במכונית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 ארוחת צהריים בחוף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אורזים תיק ים עם מגבת וכובע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יום כיף בים: איך מגיעים, מה לוקחים ומה עושים לפי שעות.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"נוסעים ב...".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עם "רוכבים על...".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קיץ, חופש, נוסעים לים!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